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953"/>
        <w:gridCol w:w="3685"/>
      </w:tblGrid>
      <w:tr>
        <w:tc>
          <w:tcPr>
            <w:tcW w:type="dxa" w:w="5953"/>
          </w:tcPr>
          <w:p>
            <w:pPr>
              <w:spacing w:after="0" w:before="0"/>
            </w:pPr>
            <w:commentRangeStart w:id="0"/>
            <w:r/>
            <w:r>
              <w:rPr>
                <w:b/>
                <w:color w:val="1F2328"/>
                <w:sz w:val="28"/>
              </w:rPr>
              <w:t>[Företagsnamn eller logotyp]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3685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44"/>
              </w:rPr>
              <w:t>OFFERT</w:t>
            </w:r>
          </w:p>
        </w:tc>
      </w:tr>
    </w:tbl>
    <w:p>
      <w:pPr>
        <w:pBdr>
          <w:bottom w:val="single" w:sz="8" w:space="1" w:color="1F2328"/>
        </w:pBdr>
        <w:spacing w:after="200"/>
      </w:pPr>
    </w:p>
    <w:tbl>
      <w:tblPr>
        <w:tblW w:w="96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3288"/>
        <w:gridCol w:w="3288"/>
        <w:gridCol w:w="3061"/>
      </w:tblGrid>
      <w:tr>
        <w:tc>
          <w:tcPr>
            <w:tcW w:type="dxa" w:w="3288"/>
          </w:tcPr>
          <w:p>
            <w:pPr>
              <w:spacing w:after="60"/>
            </w:pPr>
            <w:r/>
            <w:r>
              <w:rPr>
                <w:b/>
                <w:color w:val="6E7781"/>
                <w:sz w:val="17"/>
              </w:rPr>
              <w:t>FRÅN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Företag</w:t>
              <w:br/>
            </w:r>
            <w:r>
              <w:rPr>
                <w:sz w:val="19"/>
              </w:rPr>
              <w:t>[Företagsnamn]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Adress</w:t>
              <w:br/>
            </w:r>
            <w:r>
              <w:rPr>
                <w:sz w:val="19"/>
              </w:rPr>
              <w:t>[Gatuadress, postnummer och ort]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Kontaktperson</w:t>
              <w:br/>
            </w:r>
            <w:r>
              <w:rPr>
                <w:sz w:val="19"/>
              </w:rPr>
              <w:t>[Namn]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Telefon</w:t>
              <w:br/>
            </w:r>
            <w:r>
              <w:rPr>
                <w:sz w:val="19"/>
              </w:rPr>
              <w:t>[Telefonnummer]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E-post</w:t>
              <w:br/>
            </w:r>
            <w:r>
              <w:rPr>
                <w:sz w:val="19"/>
              </w:rPr>
              <w:t>[E-postadress]</w:t>
            </w:r>
          </w:p>
        </w:tc>
        <w:tc>
          <w:tcPr>
            <w:tcW w:type="dxa" w:w="3288"/>
          </w:tcPr>
          <w:p>
            <w:pPr>
              <w:spacing w:after="60"/>
            </w:pPr>
            <w:r/>
            <w:r>
              <w:rPr>
                <w:b/>
                <w:color w:val="6E7781"/>
                <w:sz w:val="17"/>
              </w:rPr>
              <w:t>TILL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Kund</w:t>
              <w:br/>
            </w:r>
            <w:r>
              <w:rPr>
                <w:sz w:val="19"/>
              </w:rPr>
              <w:t>[Kundens namn eller företag]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Adress</w:t>
              <w:br/>
            </w:r>
            <w:r>
              <w:rPr>
                <w:sz w:val="19"/>
              </w:rPr>
              <w:t>[Gatuadress, postnummer och ort]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Kontaktperson</w:t>
              <w:br/>
            </w:r>
            <w:r>
              <w:rPr>
                <w:sz w:val="19"/>
              </w:rPr>
              <w:t>[Namn]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Telefon</w:t>
              <w:br/>
            </w:r>
            <w:r>
              <w:rPr>
                <w:sz w:val="19"/>
              </w:rPr>
              <w:t>[Telefonnummer]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E-post</w:t>
              <w:br/>
            </w:r>
            <w:r>
              <w:rPr>
                <w:sz w:val="19"/>
              </w:rPr>
              <w:t>[E-postadress]</w:t>
            </w:r>
          </w:p>
        </w:tc>
        <w:tc>
          <w:tcPr>
            <w:tcW w:type="dxa" w:w="3061"/>
          </w:tcPr>
          <w:p>
            <w:pPr>
              <w:spacing w:after="60"/>
            </w:pPr>
            <w:r/>
            <w:r>
              <w:rPr>
                <w:b/>
                <w:color w:val="6E7781"/>
                <w:sz w:val="17"/>
              </w:rPr>
              <w:t>OFFERT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Offertnummer</w:t>
              <w:br/>
            </w:r>
            <w:r>
              <w:rPr>
                <w:sz w:val="19"/>
              </w:rPr>
              <w:t>[Offertnummer]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Offertdatum</w:t>
              <w:br/>
            </w:r>
            <w:r>
              <w:rPr>
                <w:sz w:val="19"/>
              </w:rPr>
              <w:t>[ÅÅÅÅ-MM-DD]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Giltig till och med</w:t>
              <w:br/>
            </w:r>
            <w:r>
              <w:rPr>
                <w:sz w:val="19"/>
              </w:rPr>
              <w:t>[ÅÅÅÅ-MM-DD]</w:t>
            </w:r>
          </w:p>
          <w:p>
            <w:pPr>
              <w:spacing w:after="20"/>
            </w:pPr>
            <w:r>
              <w:rPr>
                <w:color w:val="6E7781"/>
                <w:sz w:val="16"/>
              </w:rPr>
              <w:t>Er referens</w:t>
              <w:br/>
            </w:r>
            <w:r>
              <w:rPr>
                <w:sz w:val="19"/>
              </w:rPr>
              <w:t>[Namn]</w:t>
            </w:r>
          </w:p>
        </w:tc>
      </w:tr>
    </w:tbl>
    <w:p>
      <w:pPr>
        <w:keepNext/>
        <w:spacing w:before="280" w:after="80"/>
      </w:pPr>
      <w:r>
        <w:rPr>
          <w:b/>
          <w:color w:val="6E7781"/>
          <w:spacing w:val="20"/>
          <w:sz w:val="17"/>
        </w:rPr>
        <w:t>UPPDRAGET</w:t>
      </w:r>
    </w:p>
    <w:p>
      <w:r>
        <w:t>[Beskriv vad offerten gäller: vad som ska levereras eller utföras, var och när. Skriv också vad som inte ingår, så att kunden vet var gränsen går.]</w:t>
      </w:r>
    </w:p>
    <w:p>
      <w:pPr>
        <w:keepNext/>
        <w:spacing w:before="280" w:after="80"/>
      </w:pPr>
      <w:r>
        <w:rPr>
          <w:b/>
          <w:color w:val="6E7781"/>
          <w:spacing w:val="20"/>
          <w:sz w:val="17"/>
        </w:rPr>
        <w:t>SPECIFIKATION</w:t>
      </w:r>
    </w:p>
    <w:tbl>
      <w:tblPr>
        <w:tblW w:w="9638" w:type="dxa"/>
        <w:jc w:val="center"/>
        <w:tblBorders>
          <w:top w:val="single" w:sz="4" w:space="0" w:color="D0D7DE"/>
          <w:left w:val="nil"/>
          <w:bottom w:val="single" w:sz="4" w:space="0" w:color="D0D7DE"/>
          <w:right w:val="nil"/>
          <w:insideH w:val="single" w:sz="4" w:space="0" w:color="D0D7DE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3969"/>
        <w:gridCol w:w="907"/>
        <w:gridCol w:w="907"/>
        <w:gridCol w:w="1304"/>
        <w:gridCol w:w="1020"/>
        <w:gridCol w:w="1531"/>
      </w:tblGrid>
      <w:tr>
        <w:trPr>
          <w:tblHeader w:val="true"/>
        </w:trPr>
        <w:tc>
          <w:tcPr>
            <w:tcW w:type="dxa" w:w="3969"/>
            <w:shd w:val="clear" w:color="auto" w:fill="F3F4F6"/>
          </w:tcPr>
          <w:p>
            <w:pPr>
              <w:spacing w:after="0" w:before="0"/>
            </w:pPr>
            <w:r/>
            <w:r>
              <w:rPr>
                <w:b/>
                <w:color w:val="1F2328"/>
                <w:sz w:val="18"/>
              </w:rPr>
              <w:t>Beskrivning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18"/>
              </w:rPr>
              <w:t>Antal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 w:before="0"/>
            </w:pPr>
            <w:r/>
            <w:r>
              <w:rPr>
                <w:b/>
                <w:color w:val="1F2328"/>
                <w:sz w:val="18"/>
              </w:rPr>
              <w:t>Enhet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18"/>
              </w:rPr>
              <w:t>À-pris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18"/>
              </w:rPr>
              <w:t>Rabatt</w:t>
            </w:r>
          </w:p>
        </w:tc>
        <w:tc>
          <w:tcPr>
            <w:tcW w:type="dxa" w:w="1531"/>
            <w:shd w:val="clear" w:color="auto" w:fill="F3F4F6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18"/>
              </w:rPr>
              <w:t>Belopp</w:t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9"/>
              </w:rPr>
              <w:t>[Artikel, tjänst eller arbetsmoment]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6E7781"/>
                <w:sz w:val="19"/>
              </w:rPr>
              <w:t>[1]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9"/>
              </w:rPr>
              <w:t>[st]</w:t>
            </w:r>
          </w:p>
        </w:tc>
        <w:tc>
          <w:tcPr>
            <w:tcW w:type="dxa" w:w="1304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6E7781"/>
                <w:sz w:val="19"/>
              </w:rPr>
              <w:t>[0,00]</w:t>
            </w:r>
          </w:p>
        </w:tc>
        <w:tc>
          <w:tcPr>
            <w:tcW w:type="dxa" w:w="1020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6E7781"/>
                <w:sz w:val="19"/>
              </w:rPr>
              <w:t>[0 %]</w:t>
            </w:r>
          </w:p>
        </w:tc>
        <w:tc>
          <w:tcPr>
            <w:tcW w:type="dxa" w:w="1531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6E7781"/>
                <w:sz w:val="19"/>
              </w:rPr>
              <w:t>[0,00]</w:t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304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</w:r>
          </w:p>
        </w:tc>
      </w:tr>
    </w:tbl>
    <w:p>
      <w:pPr>
        <w:spacing w:before="60"/>
      </w:pPr>
      <w:r>
        <w:rPr>
          <w:color w:val="6E7781"/>
          <w:sz w:val="16"/>
        </w:rPr>
        <w:t>Belopp = antal × à-pris, minus rabatt. Excel-versionen av mallen räknar raderna och summorna åt dig.</w:t>
      </w:r>
    </w:p>
    <w:tbl>
      <w:tblPr>
        <w:tblW w:w="5669" w:type="dxa"/>
        <w:jc w:val="right"/>
        <w:tblBorders>
          <w:top w:val="nil"/>
          <w:left w:val="nil"/>
          <w:bottom w:val="nil"/>
          <w:right w:val="nil"/>
          <w:insideH w:val="single" w:sz="4" w:space="0" w:color="D0D7DE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3118"/>
        <w:gridCol w:w="2551"/>
      </w:tblGrid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  <w:t>Summa exkl. moms</w:t>
            </w:r>
          </w:p>
        </w:tc>
        <w:tc>
          <w:tcPr>
            <w:tcW w:type="dxa" w:w="2551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1F2328"/>
                <w:sz w:val="19"/>
              </w:rPr>
              <w:t>[0,00] kr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19"/>
              </w:rPr>
              <w:t>Moms [25] %</w:t>
            </w:r>
          </w:p>
        </w:tc>
        <w:tc>
          <w:tcPr>
            <w:tcW w:type="dxa" w:w="2551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color w:val="1F2328"/>
                <w:sz w:val="19"/>
              </w:rPr>
              <w:t>[0,00] kr</w:t>
            </w:r>
          </w:p>
        </w:tc>
      </w:tr>
      <w:tr>
        <w:tc>
          <w:tcPr>
            <w:tcW w:type="dxa" w:w="3118"/>
            <w:shd w:val="clear" w:color="auto" w:fill="F3F4F6"/>
          </w:tcPr>
          <w:p>
            <w:pPr>
              <w:spacing w:after="0" w:before="0"/>
            </w:pPr>
            <w:r/>
            <w:r>
              <w:rPr>
                <w:b/>
                <w:color w:val="1F2328"/>
                <w:sz w:val="20"/>
              </w:rPr>
              <w:t>Summa inkl. moms</w:t>
            </w:r>
          </w:p>
        </w:tc>
        <w:tc>
          <w:tcPr>
            <w:tcW w:type="dxa" w:w="2551"/>
            <w:shd w:val="clear" w:color="auto" w:fill="F3F4F6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20"/>
              </w:rPr>
              <w:t>[0,00] kr</w:t>
            </w:r>
          </w:p>
        </w:tc>
      </w:tr>
    </w:tbl>
    <w:p>
      <w:pPr>
        <w:keepNext/>
        <w:spacing w:before="280" w:after="80"/>
      </w:pPr>
      <w:r>
        <w:rPr>
          <w:b/>
          <w:color w:val="6E7781"/>
          <w:spacing w:val="20"/>
          <w:sz w:val="17"/>
        </w:rPr>
        <w:t>ROT- ELLER RUTAVDRAG, VALFRITT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0" w:type="dxa"/>
          <w:bottom w:w="20" w:type="dxa"/>
          <w:right w:w="80" w:type="dxa"/>
        </w:tblCellMar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Typ av avdrag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[Rotavdrag eller rutavdrag]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Arbetskostnad inkl. moms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[0,00] kr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Beräknat avdrag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[0,00] kr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Kundens personnummer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[Fylls i vid beställning och anges på fakturan]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Fastighetsbeteckning eller BRF (rot)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[Fylls i vid beställning och anges på fakturan]</w:t>
            </w:r>
          </w:p>
        </w:tc>
      </w:tr>
    </w:tbl>
    <w:p>
      <w:pPr>
        <w:spacing w:before="80"/>
      </w:pPr>
      <w:r>
        <w:rPr>
          <w:color w:val="6E7781"/>
          <w:sz w:val="16"/>
        </w:rPr>
        <w:t>Avdraget gäller bara arbetskostnaden, inte material eller resor. Rot- och rutavdrag får tillsammans vara högst 75 000 kr per person och år, varav högst 50 000 kr rotavdrag, och det kunden redan har använt i år räknas av. Ta bort avsnittet om uppdraget inte ger rätt till avdrag. Aktuella regler och procentsatser finns hos Skatteverket.</w:t>
      </w:r>
    </w:p>
    <w:tbl>
      <w:tblPr>
        <w:tblW w:w="5669" w:type="dxa"/>
        <w:jc w:val="right"/>
        <w:tblBorders>
          <w:top w:val="single" w:sz="4" w:space="0" w:color="D0D7DE"/>
          <w:left w:val="nil"/>
          <w:bottom w:val="single" w:sz="4" w:space="0" w:color="D0D7DE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3118"/>
        <w:gridCol w:w="2551"/>
      </w:tblGrid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/>
                <w:color w:val="1F2328"/>
                <w:sz w:val="20"/>
              </w:rPr>
              <w:t>Att betala efter avdrag</w:t>
            </w:r>
          </w:p>
        </w:tc>
        <w:tc>
          <w:tcPr>
            <w:tcW w:type="dxa" w:w="2551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2328"/>
                <w:sz w:val="20"/>
              </w:rPr>
              <w:t>[0,00] kr</w:t>
            </w:r>
          </w:p>
        </w:tc>
      </w:tr>
    </w:tbl>
    <w:p>
      <w:pPr>
        <w:keepNext/>
        <w:pageBreakBefore/>
        <w:spacing w:before="280" w:after="80"/>
      </w:pPr>
      <w:r>
        <w:rPr>
          <w:b/>
          <w:color w:val="6E7781"/>
          <w:spacing w:val="20"/>
          <w:sz w:val="17"/>
        </w:rPr>
        <w:t>VILLKOR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0" w:type="dxa"/>
          <w:bottom w:w="20" w:type="dxa"/>
          <w:right w:w="80" w:type="dxa"/>
        </w:tblCellMar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Betalningsvillkor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[Till exempel 30 dagar netto från fakturadatum]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Leveranstid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[Datum eller antal veckor från beställning]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Giltighetstid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Offerten gäller till och med [ÅÅÅÅ-MM-DD]. Svara senast det datumet för att anta offerten.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Priser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Alla belopp anges i svenska kronor. Summeringen visar priset både utan och med moms.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Ändringar och tillägg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[Hur arbete utöver offerten prissätts, till exempel löpande timpris]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Bygg och installation, valfritt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Mellan företag: för uppdraget gäller [AB 04 / ABT 06] i tillämpliga delar. Mot privatperson gäller konsumenttjänstlagen: [ABS 18 / Hantverkarformuläret 17]. Ta bort det som inte gäller.</w:t>
            </w:r>
          </w:p>
        </w:tc>
      </w:tr>
      <w:tr>
        <w:tc>
          <w:tcPr>
            <w:tcW w:type="dxa" w:w="3118"/>
          </w:tcPr>
          <w:p>
            <w:pPr>
              <w:spacing w:after="0" w:before="0"/>
            </w:pPr>
            <w:r/>
            <w:r>
              <w:rPr>
                <w:b w:val="0"/>
                <w:color w:val="6E7781"/>
                <w:sz w:val="18"/>
              </w:rPr>
              <w:t>Övriga villkor</w:t>
            </w:r>
          </w:p>
        </w:tc>
        <w:tc>
          <w:tcPr>
            <w:tcW w:type="dxa" w:w="6520"/>
          </w:tcPr>
          <w:p>
            <w:pPr>
              <w:spacing w:after="0" w:before="0"/>
            </w:pPr>
            <w:r/>
            <w:r>
              <w:rPr>
                <w:b w:val="0"/>
                <w:color w:val="1F2328"/>
                <w:sz w:val="20"/>
              </w:rPr>
              <w:t>[Garanti, försäkring, ansvar eller annat du vill ha med]</w:t>
            </w:r>
          </w:p>
        </w:tc>
      </w:tr>
    </w:tbl>
    <w:p>
      <w:pPr>
        <w:keepNext/>
        <w:spacing w:before="280" w:after="80"/>
      </w:pPr>
      <w:r>
        <w:rPr>
          <w:b/>
          <w:color w:val="6E7781"/>
          <w:spacing w:val="20"/>
          <w:sz w:val="17"/>
        </w:rPr>
        <w:t>ACCEPT</w:t>
      </w:r>
    </w:p>
    <w:p>
      <w:r>
        <w:t>Vi accepterar offerten ovan och beställer uppdraget enligt angivna villkor.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4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360" w:before="0"/>
            </w:pPr>
            <w:r/>
            <w:r>
              <w:rPr>
                <w:b/>
                <w:color w:val="1F2328"/>
                <w:sz w:val="19"/>
              </w:rPr>
              <w:t>För [Företagsnamn]</w:t>
            </w:r>
          </w:p>
        </w:tc>
        <w:tc>
          <w:tcPr>
            <w:tcW w:type="dxa" w:w="4819"/>
          </w:tcPr>
          <w:p>
            <w:pPr>
              <w:spacing w:after="360" w:before="0"/>
            </w:pPr>
            <w:r/>
            <w:r>
              <w:rPr>
                <w:b/>
                <w:color w:val="1F2328"/>
                <w:sz w:val="19"/>
              </w:rPr>
              <w:t>För kunden</w:t>
            </w:r>
          </w:p>
        </w:tc>
      </w:tr>
      <w:tr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Ort och datum</w:t>
            </w:r>
          </w:p>
        </w:tc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Ort och datum</w:t>
            </w:r>
          </w:p>
        </w:tc>
      </w:tr>
      <w:tr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Underskrift</w:t>
            </w:r>
          </w:p>
        </w:tc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Underskrift</w:t>
            </w:r>
          </w:p>
        </w:tc>
      </w:tr>
      <w:tr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Namnförtydligande</w:t>
            </w:r>
          </w:p>
        </w:tc>
        <w:tc>
          <w:tcPr>
            <w:tcW w:type="dxa" w:w="4819"/>
          </w:tcPr>
          <w:p>
            <w:pPr>
              <w:spacing w:before="360" w:after="0"/>
            </w:pPr>
            <w:r/>
            <w:r>
              <w:rPr>
                <w:color w:val="D0D7DE"/>
                <w:sz w:val="18"/>
              </w:rPr>
              <w:t>______________________________________</w:t>
            </w:r>
          </w:p>
          <w:p>
            <w:pPr>
              <w:spacing w:after="0"/>
            </w:pPr>
            <w:r>
              <w:rPr>
                <w:color w:val="6E7781"/>
                <w:sz w:val="16"/>
              </w:rPr>
              <w:t>Namnförtydligande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Mall" w:initials="M" w:date="2026-10-19T23:05:39Z">
    <w:p>
      <w:pPr>
        <w:pStyle w:val="CommentText"/>
      </w:pPr>
      <w:r>
        <w:rPr>
          <w:rStyle w:val="CommentReference"/>
        </w:rPr>
        <w:annotationRef/>
      </w:r>
      <w:r>
        <w:t>Byt ut allt inom hakparentes mot dina egna uppgifter. Raden Mall från kapaciti.se i sidfoten får du ta bort. Radera sedan den här kommentaren.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7781"/>
        <w:sz w:val="16"/>
      </w:rPr>
      <w:t>[Företagsnamn]  ·  Org.nr [000000-0000]  ·  Momsreg.nr [SE000000000001]  ·  Godkänd för F-skatt</w:t>
    </w:r>
  </w:p>
  <w:p>
    <w:pPr>
      <w:jc w:val="center"/>
    </w:pPr>
    <w:r>
      <w:rPr>
        <w:color w:val="6E7781"/>
        <w:sz w:val="16"/>
      </w:rPr>
      <w:t xml:space="preserve">Sida </w:t>
    </w:r>
    <w:r>
      <w:rPr>
        <w:color w:val="6E7781"/>
        <w:sz w:val="16"/>
      </w:rPr>
      <w:fldChar w:fldCharType="begin"/>
    </w:r>
    <w:r>
      <w:rPr>
        <w:color w:val="6E7781"/>
        <w:sz w:val="16"/>
      </w:rPr>
      <w:instrText xml:space="preserve"> PAGE </w:instrText>
    </w:r>
    <w:r>
      <w:rPr>
        <w:color w:val="6E7781"/>
        <w:sz w:val="16"/>
      </w:rPr>
      <w:fldChar w:fldCharType="separate"/>
    </w:r>
    <w:r>
      <w:rPr>
        <w:color w:val="6E7781"/>
        <w:sz w:val="16"/>
      </w:rPr>
      <w:t>1</w:t>
    </w:r>
    <w:r>
      <w:rPr>
        <w:color w:val="6E7781"/>
        <w:sz w:val="16"/>
      </w:rPr>
      <w:fldChar w:fldCharType="end"/>
    </w:r>
    <w:r>
      <w:rPr>
        <w:color w:val="6E7781"/>
        <w:sz w:val="16"/>
      </w:rPr>
      <w:t xml:space="preserve"> av </w:t>
    </w:r>
    <w:r>
      <w:rPr>
        <w:color w:val="6E7781"/>
        <w:sz w:val="16"/>
      </w:rPr>
      <w:fldChar w:fldCharType="begin"/>
    </w:r>
    <w:r>
      <w:rPr>
        <w:color w:val="6E7781"/>
        <w:sz w:val="16"/>
      </w:rPr>
      <w:instrText xml:space="preserve"> NUMPAGES </w:instrText>
    </w:r>
    <w:r>
      <w:rPr>
        <w:color w:val="6E7781"/>
        <w:sz w:val="16"/>
      </w:rPr>
      <w:fldChar w:fldCharType="separate"/>
    </w:r>
    <w:r>
      <w:rPr>
        <w:color w:val="6E7781"/>
        <w:sz w:val="16"/>
      </w:rPr>
      <w:t>1</w:t>
    </w:r>
    <w:r>
      <w:rPr>
        <w:color w:val="6E7781"/>
        <w:sz w:val="16"/>
      </w:rPr>
      <w:fldChar w:fldCharType="end"/>
    </w:r>
    <w:r>
      <w:rPr>
        <w:color w:val="8C959F"/>
        <w:sz w:val="16"/>
      </w:rPr>
      <w:t xml:space="preserve">   ·   Mall från kapaciti.se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328"/>
      <w:sz w:val="20"/>
      <w:lang w:val="sv-SE" w:eastAsia="sv-S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subject>Offertmall</dc:subject>
  <dc:creator/>
  <cp:keywords/>
  <dc:description>Mall från kapaciti.se</dc:description>
  <cp:lastModifiedBy/>
  <cp:revision>1</cp:revision>
  <dcterms:created xsi:type="dcterms:W3CDTF">2026-10-20T09:00:00Z</dcterms:created>
  <dcterms:modified xsi:type="dcterms:W3CDTF">2026-10-20T09:00:00Z</dcterms:modified>
  <cp:category/>
  <dc:language>sv-SE</dc:language>
</cp:coreProperties>
</file>